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ЭКЗЕМА</w:t>
      </w:r>
    </w:p>
    <w:p>
      <w:pPr>
        <w:ind w:firstLine="560"/>
      </w:pPr>
      <w:r>
        <w:t>☐ Заключение дерматолога — окончательный диагноз, форма экземы, локализация и площадь поражения.</w:t>
      </w:r>
    </w:p>
    <w:p>
      <w:pPr>
        <w:ind w:firstLine="560"/>
      </w:pPr>
      <w:r>
        <w:t>☐ Площадь в заключении: для кистей, стоп, лица, шеи и половых органов — больше ли 2% поверхности тела, для остальных областей — больше ли 10%. Ориентир — ладонь с пальцами, около 1%.</w:t>
      </w:r>
    </w:p>
    <w:p>
      <w:pPr>
        <w:ind w:firstLine="560"/>
      </w:pPr>
      <w:r>
        <w:t>☐ Описание стадии и осложнений — мокнутие, корки, трещины, присоединившаяся инфекция.</w:t>
      </w:r>
    </w:p>
    <w:p>
      <w:pPr>
        <w:ind w:firstLine="560"/>
      </w:pPr>
      <w:r>
        <w:t>☐ Записи дерматолога о каждом обострении за последние 3 года — дата, локализация, лечение.</w:t>
      </w:r>
    </w:p>
    <w:p>
      <w:pPr>
        <w:ind w:firstLine="560"/>
      </w:pPr>
      <w:r>
        <w:t>☐ Выписка из стационара по профилю «дерматовенерология» — подтверждение рецидивного течения. Короткая справка из поликлиники без истории наблюдения это условие не закрывает.</w:t>
      </w:r>
    </w:p>
    <w:p>
      <w:pPr>
        <w:ind w:firstLine="560"/>
      </w:pPr>
      <w:r>
        <w:t>☐ Если высыпания на стопах или кистях — анализ (соскоб) на грибок; отрицательный результат сохраните вместе с заключением.</w:t>
      </w:r>
    </w:p>
    <w:p>
      <w:pPr>
        <w:ind w:firstLine="560"/>
      </w:pPr>
      <w:r>
        <w:t>☐ Назначения и сведения о результате лечения.</w:t>
      </w:r>
    </w:p>
    <w:p>
      <w:pPr>
        <w:ind w:firstLine="560"/>
      </w:pPr>
      <w:r>
        <w:t>☐ Если диагноз ставили давно — выписки из поликлиники и частных клиник, чтобы восстановить историю.</w:t>
      </w:r>
    </w:p>
    <w:p>
      <w:pPr>
        <w:ind w:firstLine="560"/>
      </w:pPr>
      <w:r>
        <w:t>☐ Если в разных документах написано «экзема», «дерматит» или «нейродермит» — заключение дерматолога с окончательным диагнозом.</w:t>
      </w:r>
    </w:p>
    <w:p>
      <w:pPr>
        <w:ind w:firstLine="560"/>
      </w:pPr>
      <w:r>
        <w:t>☐ Хронология за 3 года: дата обострения, врач, локализация, есть ли выписка.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62 (болезни кожи), графа I: «а» — Д; «б», «в», «г» — В; «д» — Б-3.</w:t>
      </w:r>
    </w:p>
    <w:p>
      <w:r>
        <w:t>Распространённая форма с обострениями 2 и более раза в год за 3 года — «б»; распространённая с хотя бы одним обострением за 3 года или ограниченная с частыми — «в»; ограниченная с хотя бы одним обострением — «г»; всё это В. Обострений нет больше 3 лет — «д», Б-3. Грибок кожи — статья 7 «б», Г до 6 месяцев.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Фиксируйте каждое обострение. </w:t>
      </w:r>
      <w:r>
        <w:t>При каждом обострении идите к дерматологу — в поликлинику или частную клинику. Если лечиться самому и к врачу не ходить, в документах обострений нет, и формально это похоже на ремиссию. При высыпаниях на стопах или кистях попросите взять соскоб на грибок.</w:t>
      </w:r>
    </w:p>
    <w:p>
      <w:r>
        <w:rPr>
          <w:b/>
        </w:rPr>
        <w:t xml:space="preserve">Сверьте формулировки. </w:t>
      </w:r>
      <w:r>
        <w:t>В заключении должны быть окончательный диагноз, форма, локализация, площадь и стадия. Сверьте даты обострений с периодом «последние 3 года» и условия — с пунктами статьи 62 на этом листе. Если диагнозы в разных бумагах различаются, попросите дерматолога указать окончательный.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выписок и анализов с заявлением о приобщении, чтобы на вашем экземпляре осталась отметка о приёме. Готовый образец: /blog/obrazcy/priobshchenie/. Оригиналы держите при себе.</w:t>
      </w:r>
    </w:p>
    <w:p>
      <w:r>
        <w:rPr>
          <w:b/>
        </w:rPr>
        <w:t xml:space="preserve">Стационар по направлению военкомата. </w:t>
      </w:r>
      <w:r>
        <w:t>Рецидивное течение подтверждают обследованием в дерматологическом стационаре. Его можно пройти по направлению военкомата: направление выдают, когда комиссия не может вынести заключение по имеющимся документам. Подробно — /blog/dopolnitelnoe-obsledovanie-ot-voenkomata/.</w:t>
      </w:r>
    </w:p>
    <w:p>
      <w:r>
        <w:rPr>
          <w:b/>
        </w:rPr>
        <w:t>Частые ошибки</w:t>
      </w:r>
    </w:p>
    <w:p>
      <w:r>
        <w:t>— Лечиться самому и не ходить к дерматологу: без записей обострения за 3 года выглядят как стойкая ремиссия и «Б-3».</w:t>
      </w:r>
    </w:p>
    <w:p>
      <w:r>
        <w:t>— Принести только справку из поликлиники: рецидивное течение по статье 62 подтверждают в дерматологическом стационаре.</w:t>
      </w:r>
    </w:p>
    <w:p>
      <w:r>
        <w:t>— Не сдать анализ на грибок при высыпаниях на стопах: грибок кожи оценивают по статье 7, а не по статье 62.</w:t>
      </w:r>
    </w:p>
    <w:p>
      <w:r>
        <w:t>— Прекратить назначенное лечение или провоцировать обострение ради комиссии: статья смотрит на историю за 3 года, а не на кожу в один день.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