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right"/>
      </w:pPr>
      <w:r>
        <w:t>Военному комиссару [наименование военного комиссариата, например: военного комиссариата города N области]</w:t>
      </w:r>
    </w:p>
    <w:p>
      <w:pPr>
        <w:jc w:val="right"/>
      </w:pPr>
      <w:r>
        <w:t>Адрес: [адрес военного комиссариата]</w:t>
      </w:r>
    </w:p>
    <w:p>
      <w:pPr>
        <w:jc w:val="right"/>
      </w:pPr>
      <w:r>
        <w:t>от [Фамилия Имя Отчество], [дата рождения] г. р.,</w:t>
      </w:r>
    </w:p>
    <w:p>
      <w:pPr>
        <w:jc w:val="right"/>
      </w:pPr>
      <w:r>
        <w:t>проживающего по адресу: [индекс, адрес места жительства]</w:t>
      </w:r>
    </w:p>
    <w:p>
      <w:pPr>
        <w:jc w:val="right"/>
      </w:pPr>
      <w:r>
        <w:t>Телефон: [номер телефона]</w:t>
      </w:r>
    </w:p>
    <w:p>
      <w:pPr>
        <w:jc w:val="right"/>
      </w:pPr>
      <w:r>
        <w:t>Эл. почта: [адрес электронной почты]</w:t>
      </w:r>
    </w:p>
    <w:p>
      <w:pPr>
        <w:jc w:val="center"/>
      </w:pPr>
      <w:r>
        <w:rPr>
          <w:b/>
        </w:rPr>
        <w:t>ЗАЯВЛЕНИЕ</w:t>
      </w:r>
    </w:p>
    <w:p>
      <w:pPr>
        <w:ind w:firstLine="560"/>
      </w:pPr>
      <w:r>
        <w:t>о приобщении медицинских документов к личному делу призывника</w:t>
      </w:r>
    </w:p>
    <w:p>
      <w:pPr>
        <w:ind w:firstLine="560"/>
      </w:pPr>
      <w:r>
        <w:t>Я, [Фамилия Имя Отчество], [дата рождения] г. р., состою на воинском учёте в [наименование военного комиссариата]. В период с [дата] по [дата] я обращался за медицинской помощью в связи с [заболевание или жалобы — так, как они названы в медицинских документах]. Диагноз и результаты обследований подтверждаются прилагаемыми копиями медицинских документов.</w:t>
      </w:r>
    </w:p>
    <w:p>
      <w:pPr>
        <w:ind w:firstLine="560"/>
      </w:pPr>
      <w:r>
        <w:t>На основании пункта 1 статьи 5 и части 2 статьи 7 Федерального закона от 02.05.2006 № 59-ФЗ «О порядке рассмотрения обращений граждан Российской Федерации» прошу:</w:t>
      </w:r>
    </w:p>
    <w:p>
      <w:pPr>
        <w:ind w:firstLine="560"/>
      </w:pPr>
      <w:r>
        <w:t>1) приобщить к моему личному делу призывника копии медицинских документов согласно перечню приложений;</w:t>
      </w:r>
    </w:p>
    <w:p>
      <w:pPr>
        <w:ind w:firstLine="560"/>
      </w:pPr>
      <w:r>
        <w:t>2) представить эти документы врачам-специалистам, проводящим моё медицинское освидетельствование, и призывной комиссии для рассмотрения при определении категории годности к военной службе;</w:t>
      </w:r>
    </w:p>
    <w:p>
      <w:pPr>
        <w:ind w:firstLine="560"/>
      </w:pPr>
      <w:r>
        <w:t>3) если вынести заключение о моей годности к военной службе в ходе медицинского освидетельствования окажется невозможно, рассмотреть вопрос о направлении меня на амбулаторное или стационарное медицинское обследование в порядке, предусмотренном пунктом 4 статьи 5.1 Федерального закона от 28.03.1998 № 53-ФЗ «О воинской обязанности и военной службе» и пунктом 20 Положения о военно-врачебной экспертизе (утв. постановлением Правительства РФ от 04.07.2013 № 565);</w:t>
      </w:r>
    </w:p>
    <w:p>
      <w:pPr>
        <w:ind w:firstLine="560"/>
      </w:pPr>
      <w:r>
        <w:t>4) дать письменный ответ о результатах рассмотрения настоящего заявления по указанному выше адресу (пункт 4 части 1 статьи 10, статья 12 Федерального закона № 59-ФЗ).</w:t>
      </w:r>
    </w:p>
    <w:p>
      <w:pPr>
        <w:ind w:firstLine="560"/>
      </w:pPr>
      <w:r>
        <w:t>Оригиналы перечисленных документов находятся у меня и могут быть предъявлены для сверки.</w:t>
      </w:r>
    </w:p>
    <w:p>
      <w:r>
        <w:t>Приложения:</w:t>
      </w:r>
    </w:p>
    <w:p>
      <w:r>
        <w:t>1. Копия [выписного эпикриза / выписки из медицинской карты] от [дата], [наименование медицинской организации] — на [N] л.</w:t>
      </w:r>
    </w:p>
    <w:p>
      <w:r>
        <w:t>2. Копия заключения врача-[специальность] от [дата], [наименование медицинской организации] — на [N] л.</w:t>
      </w:r>
    </w:p>
    <w:p>
      <w:r>
        <w:t>3. Копии результатов обследований ([вид исследования: например, УЗИ, МРТ, ЭКГ, анализы]) от [дата] — на [N] л.</w:t>
      </w:r>
    </w:p>
    <w:p>
      <w:r>
        <w:t>4. Копия [справки / иного медицинского документа] от [дата], [наименование медицинской организации] — на [N] л.</w:t>
      </w:r>
    </w:p>
    <w:p>
      <w:r>
        <w:t>Всего приложений на [N] л.</w:t>
      </w:r>
    </w:p>
    <w:p>
      <w:r>
        <w:t>[дата]</w:t>
      </w:r>
    </w:p>
    <w:p>
      <w:r>
        <w:t>[подпись] / [Фамилия И. О.]</w:t>
      </w:r>
    </w:p>
    <w:p>
      <w:r>
        <w:br w:type="page"/>
      </w:r>
    </w:p>
    <w:p>
      <w:r>
        <w:rPr>
          <w:b/>
        </w:rPr>
        <w:t>Как заполнить и подать</w:t>
      </w:r>
    </w:p>
    <w:p>
      <w:r>
        <w:rPr>
          <w:b/>
        </w:rPr>
        <w:t xml:space="preserve">Подготовьте копии. </w:t>
      </w:r>
      <w:r>
        <w:t>Сделайте копии каждой страницы, где есть сведения о диагнозе, обследовании или назначении. Проверьте, что читаются даты, печати и подписи. Оригиналы в военкомат не отдавайте: берите их с собой только для сверки и забирайте обратно. Пронумеруйте копии в том же порядке, что и в перечне приложений, и укажите число листов.</w:t>
      </w:r>
    </w:p>
    <w:p>
      <w:r>
        <w:rPr>
          <w:b/>
        </w:rPr>
        <w:t xml:space="preserve">Заполните заявление. </w:t>
      </w:r>
      <w:r>
        <w:t>Замените всё в квадратных скобках своими данными и удалите пояснения. Заболевание называйте так же, как оно записано в медицинских документах, без своих выводов. Если какой-то пункт просьбы вам не подходит, его можно убрать. Распечатайте заявление в двух экземплярах и подпишите оба.</w:t>
      </w:r>
    </w:p>
    <w:p>
      <w:r>
        <w:rPr>
          <w:b/>
        </w:rPr>
        <w:t xml:space="preserve">Подача лично. </w:t>
      </w:r>
      <w:r>
        <w:t>Отдайте первый экземпляр с копиями сотруднику военкомата. На втором экземпляре попросите поставить дату, входящий номер, должность, фамилию и подпись принявшего (или штамп о регистрации). Проверьте, что отметка читается, сфотографируйте свой экземпляр и храните бумажный оригинал. Если заявление не принимают, спокойно уточните причину и способ подачи, запишите дату, кабинет и ответ — и отправьте заявление почтой.</w:t>
      </w:r>
    </w:p>
    <w:p>
      <w:r>
        <w:rPr>
          <w:b/>
        </w:rPr>
        <w:t xml:space="preserve">Подача почтой. </w:t>
      </w:r>
      <w:r>
        <w:t>Отправьте ценное письмо с описью вложения и уведомлением о вручении по официальному адресу военкомата (сверьте его на официальном сайте, а не по старому шаблону). В описи перечислите заявление и каждое приложение так же, как в перечне. Сохраните свой экземпляр описи с отметкой почты, чек, трек-номер и уведомление о вручении.</w:t>
      </w:r>
    </w:p>
    <w:p>
      <w:r>
        <w:rPr>
          <w:b/>
        </w:rPr>
        <w:t xml:space="preserve">Сроки ответа. </w:t>
      </w:r>
      <w:r>
        <w:t>Письменное обращение регистрируют в течение трёх дней с момента поступления (ч. 2 ст. 8 закона № 59-ФЗ). Ответ дают в течение 30 дней со дня регистрации; в исключительных случаях срок могут продлить не более чем на 30 дней, уведомив вас (ст. 12). Подавайте заявление заранее, до даты медицинского освидетельствования: срок ответа может закончиться уже после комиссии.</w:t>
      </w:r>
    </w:p>
    <w:p>
      <w:r>
        <w:rPr>
          <w:b/>
        </w:rPr>
        <w:t xml:space="preserve">Что дальше. </w:t>
      </w:r>
      <w:r>
        <w:t>На медицинском освидетельствовании скажите врачу, что документы приобщены, и назовите дату и входящий номер. После заседания можно письменно запросить выписку из протокола призывной комиссии — военкомат выдаёт её в течение пяти рабочих дней (п. 6 ст. 28 закона № 53-ФЗ). Если документы не учли, решение можно обжаловать; для этого есть отдельный образец жалобы. Если сомневаетесь, хватает ли вашего комплекта, эксперт ПризываНет бесплатно разберёт его с вами по телефону.</w:t>
      </w:r>
    </w:p>
    <w:p>
      <w:r>
        <w:rPr>
          <w:b/>
        </w:rPr>
        <w:t>Частые ошибки</w:t>
      </w:r>
    </w:p>
    <w:p>
      <w:r>
        <w:t>— Отдать оригиналы: их могут не вернуть, а без них потом нечего предъявить. Передавайте копии.</w:t>
      </w:r>
    </w:p>
    <w:p>
      <w:r>
        <w:t>— Подать документы без заявления или в одном экземпляре: не остаётся доказательства, что и когда вы передали.</w:t>
      </w:r>
    </w:p>
    <w:p>
      <w:r>
        <w:t>— Отправить обычное письмо без описи вложения: нельзя подтвердить, какие именно документы были в конверте.</w:t>
      </w:r>
    </w:p>
    <w:p>
      <w:r>
        <w:t>— Писать общими словами («прилагаю справки») без перечня с датами и числом листов.</w:t>
      </w:r>
    </w:p>
    <w:p>
      <w:r>
        <w:t>— Подать заявление за день до комиссии: регистрация и ответ по закону занимают больше времени.</w:t>
      </w:r>
    </w:p>
    <w:p>
      <w:r>
        <w:t>Образец подготовили эксперты ПризываНет. Бесплатный разбор вашей ситуации: https://go.priziva.net/pages/consultation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